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ולהסביר איך הוא מתאים לשם העצם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מתוך ארבעה שמות תואר את זה שלא מתאים ולנמק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מילים ומשפטים עם שווא בהברות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משחק ותנועה את שמות התואר והקריאה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שם תואר – זיהוי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הצורה, הצבע או התכונה של שם העצם, למשל כדור עגול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שם תואר – זיהוי ומושגים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שמתארת איך שם עצם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עגול, חכם, קפיצי, צבעוני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שם תואר – מילוי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שם תואר – התאמה בזכר/נקבה וביחיד/רבים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(שמחן)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(ירוקה)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 לא שייך? (שם עצם וארבעה שמות תואר)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רעשנית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חשמלית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מטוגן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 לא שייך? (שם עצם וארבעה שמות תואר)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(נוזלית)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(שעירה)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(רעב)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 לא שייך? (שם עצם וארבעה שמות תואר)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המילה שלא שייכת היא 'משעמם' – אבטיח הוא מאכל טעים ולא משעמם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התאמה בזכר/נקבה ויחיד/רבים – זיהוי זכר, נקבה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פָּרָה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תּוּתִים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התאמה בזכר/נקבה ויחיד/רבים – זיהוי זכר, נקבה ורבים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כֶּלֶב הוא זכר, ולכן צריך "גָּדוֹל" ולא "גְּדוֹלָה"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 המילים ברבים – זה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התאמה בזכר/נקבה ויחיד/רבים – כלל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התאמה בזכר/נקבה ויחיד/רבים – התאמת שם תואר לשם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גְּדוֹלָה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קְטַנָּה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קריאה עם שווא במילים ובמשפטים – זיהוי שווא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השווא נמצא מתחת לאות ש׳, האות הפותחת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שווא מתחת לאות ג׳ בתחילת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ההברה עם השווא נמצאת לא בהתחלה ולא בסוף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שווא נמצא במילה הגלידה ובמילה ומתוקה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עם שווא במילים ובמשפטים – השלמת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עם שווא במילים ובמשפטים – איתור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תרנגולת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ציד השווא ומשימות תנועה – מושגים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בהוראות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שווא הוא סימן של שתי נקודות ( ְ )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משחק תנועה עם כרטיסים מודפסים על הרצפה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ציד השווא ומשימות תנועה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ריצת 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ציד השווא ומשימות תנועה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(קופצים אל המילה המתאימה)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(רצים ומביאים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(מסמנים על לוח משבצות)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(אומרים שם תואר חמישי שמתאים)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(קמים כששומעים מילה שלא מתאימה)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ציד השווא ומשימות תנועה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מתארת שם עצם, למשל צבע או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שְׁקוּפָה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מְטֻגָּן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הַיַּלְדָּה שְׂמֵחָה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אחרי ה-ק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רק מילים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זכר/נקבה או יחיד/רבים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שם תואר מתאר שם עצם, ויש דוגמה נכונה כמו כלב חכם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הילד/ה מצביע/ה על המילה הנכונה ומסביר/ה את ההבדל במשמעות או בזכר/נקבה/רבים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קריאה נכונה של ההברות עם השווא בלי עזרה או עם עזרה קטנה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למספר שיעורים: שיעור אחד לכל פרק,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ההתאמה עם שלוש מילים במקום ארבע ובחפץ אמיתי לפני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כרטיסי רמת אלופים ואת משפטי השווא הארוכים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עבודה בכתב לבין משחקי תנועה כמו קפיצה למילה או קום אם לא שייך כדי לשמור על עניין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שמות תואר וקריאה עם שווא. נעבור פרק אחרי פרק. בסוף כל פרק נסמן 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או מרגיש, כמו עגול או חכם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ששם דבר, בעל חיים או אדם, כמו כדור או פרה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צורות שונות של מילה לפי המין, כמו קטן וקטנה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מילה אחת או צורת מילה למספר, כמו תות ותותים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קטנה וקצרה שנכתבת בשתי נקודות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 שקוראים בבת אחת, כמו ג-לי-דה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שבו מוצאים את המילה שלא מתאימה לשאר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שם התואר מתאים לשם העצם בזכר/נקבה וביחיד/רבים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שם תואר – זיהוי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שם תואר – זיהוי ומושגים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תואר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שמתארת איך שם עצם נראה או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שמציינת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שמחברת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רק שמות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עגול, חכם, קפיצי,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כדור, עגול, חכם,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פרה, גדולה, מנוקדת,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תיק, מסודר, כבד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שם תואר – מילוי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בצירוף 'כדור עגול וחכם' המילה 'כדור' היא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שם תואר – התאמה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תרנגולת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צפרדע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 לא שייך? (שם עצם וארבעה שמות תואר)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מתאימה לפרה?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לתרנגולת?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מתאימה לכלב?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 לא שייך? (שם עצם וארבעה שמות תואר)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רעב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עוגייה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שעירה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נוזלית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 לא שייך? (שם עצם וארבעה שמות תואר)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'אבטיח': מפוספס, כבד, משעמם, עסיסי – האם המילה שלא שייכת היא 'כבד'?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התאמה בזכר/נקבה ויחיד/רבים – זיהוי זכר, נקבה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מילת הנקבה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פָּרָה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תִּיק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עִפָּרוֹן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מילת הרבים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תּוּתִים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בָּנָנָה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גְּלִידָה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צָב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התאמה בזכר/נקבה ויחיד/רבים – זיהוי זכר, נקבה ורבים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"גְּדוֹלָה" מתאימה לשם העצם "כֶּלֶב"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"אֲדֻמִּים" מתאימה לשם העצם "תּוּתִים"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התאמה בזכר/נקבה ויחיד/רבים – כלל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בכרטיס "⚖️ התאמה" כל המילים מתאימות ב__________, אבל אחת לא מתאימה בזכר/נקבה או ביחיד/רבים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התאמה בזכר/נקבה ויחיד/רבים – התאמת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 לפרה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גְּדוֹלִים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גְּדוֹלוֹת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המילה שלא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אֲדֻמִּים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מְתוּקִים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טְעִימִים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קְטַנָּה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קריאה עם שווא במילים ובמשפטים – זיהוי שווא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שְׂמִיכָה השווא נמצא באות הראשונה של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גְּלִידָה אין אף שווא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תַּרְנְגֹלֶת השווא נמצא באמצע המילה, מתחת לאות נ׳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הגלידה קרה ומתוקה יש שתי מילים עם שווא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קריאה עם שווא במילים ובמשפטים – השלמת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__________ ובהירה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המכונית האדומה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שמלה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הבריכה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קריאה עם שווא במילים ובמשפטים – איתור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שווא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השווא באמצע?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תרנגולת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ציד השווא ומשימות תנועה – מושגים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ציד השווא מקישים על כל המילים במשפט שיש בהן שווא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סימן של שלוש נקודות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קלפים על הרצפה קופצים אל המילה הנכונה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ציד השווא ומשימות תנועה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רצים ומביאים 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ריצת 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בינגו שמות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פנטומימה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עם שווא יש במשפט הַגְּלִידָה קָרָה וּמְתוּקָה?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בכרטיס של נְמָלָה (קטנה, שחורה, נוזלית, חרוצה)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בכרטיס של כַּדּוּר (עגול, חכם, קפיצי, צבעוני)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קפיצי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ציד השווא ומשימות תנועה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קלפים על הרצפה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אומרים שם תואר חמישי שמתאים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ריצת שליחים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מסמנים על לוח משבצות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בינגו שמות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קמים כששומעים מילה שלא מתאימה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מסירת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קופצים אל המילה המתאימה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קום אם לא שייך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רצים ומביאים 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ציד השווא ומשימות תנועה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הַשְּׂמִיכָה רַכָּה וּלְבָנָה יש __________ מילים עם שווא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מתארת שם עצם, למשל צבע או 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מתארת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תמיד שם של בעל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מופיעה רק בסוף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מְנֻקֶּדֶת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שְׁקוּפָה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כְּבֵדָה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שַׂמְחָן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מְנֻקָּד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מְטֻגָּן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חָמוּד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נכתב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הַיַּלְדָּה שְׂמֵחָה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הַיַּלְדָּה שָׂמֵחַ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הַיֶּלֶד שְׂמֵחָה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הַיְּלָדִים שְׂמֵחָה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השווא במילה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שווא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במשחק ציד השווא?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המילים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מילים עם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מילים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שונה המילה שלא שייכת בכרטיסי התאמה?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זכר/נקבה או יחיד/רבים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שם תואר ולתת דוגמה משלי?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למצוא בכרטיס את שם התואר שלא שייך ולהסביר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קורא/ת בקלות מילה או משפט עם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 לא שייך?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